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384" w:lineRule="auto"/>
      </w:pPr>
      <w:r>
        <w:rPr>
          <w:rFonts w:ascii="游ゴシック" w:hAnsi="游ゴシック" w:eastAsia="游ゴシック"/>
          <w:b/>
          <w:color w:val="0F4C5C"/>
          <w:sz w:val="40"/>
        </w:rPr>
        <w:t>Kindle原稿テンプレート</w:t>
      </w:r>
    </w:p>
    <w:p>
      <w:pPr>
        <w:spacing w:before="0" w:after="280" w:line="384" w:lineRule="auto"/>
      </w:pPr>
      <w:r>
        <w:rPr>
          <w:rFonts w:ascii="游ゴシック" w:hAnsi="游ゴシック" w:eastAsia="游ゴシック"/>
          <w:b w:val="0"/>
          <w:color w:val="5B6B6E"/>
          <w:sz w:val="19"/>
        </w:rPr>
        <w:t>YNHT／Kindle電子書籍と紙の本の制作</w:t>
      </w:r>
    </w:p>
    <w:p>
      <w:pPr>
        <w:spacing w:before="0" w:after="200" w:line="384" w:lineRule="auto"/>
      </w:pPr>
      <w:r>
        <w:rPr>
          <w:rFonts w:ascii="游明朝" w:hAnsi="游明朝" w:eastAsia="游明朝"/>
          <w:b w:val="0"/>
          <w:color w:val="1A1A1A"/>
          <w:sz w:val="21"/>
        </w:rPr>
        <w:t>この下に書いてある書き方で原稿をいただけると、そのまま本の形にできます。書き方が違っていても、こちらで直しますので、お気軽にお送りください。</w:t>
      </w:r>
    </w:p>
    <w:p>
      <w:pPr>
        <w:spacing w:before="280" w:after="100" w:line="384" w:lineRule="auto"/>
      </w:pPr>
      <w:r>
        <w:rPr>
          <w:rFonts w:ascii="游ゴシック" w:hAnsi="游ゴシック" w:eastAsia="游ゴシック"/>
          <w:b/>
          <w:color w:val="0F4C5C"/>
          <w:sz w:val="24"/>
        </w:rPr>
        <w:t>■ どこに書くか</w:t>
      </w:r>
    </w:p>
    <w:p>
      <w:pPr>
        <w:spacing w:before="0" w:after="80" w:line="384" w:lineRule="auto"/>
        <w:ind w:left="240"/>
      </w:pPr>
      <w:r>
        <w:rPr>
          <w:rFonts w:ascii="游明朝" w:hAnsi="游明朝" w:eastAsia="游明朝"/>
          <w:b w:val="0"/>
          <w:color w:val="1A1A1A"/>
          <w:sz w:val="21"/>
        </w:rPr>
        <w:t>下のほうにある区切りの行より下に、原稿を書いてください。</w:t>
      </w:r>
    </w:p>
    <w:p>
      <w:pPr>
        <w:spacing w:before="0" w:after="80" w:line="384" w:lineRule="auto"/>
        <w:ind w:left="240"/>
      </w:pPr>
      <w:r>
        <w:rPr>
          <w:rFonts w:ascii="游明朝" w:hAnsi="游明朝" w:eastAsia="游明朝"/>
          <w:b w:val="0"/>
          <w:color w:val="5B6B6E"/>
          <w:sz w:val="19"/>
        </w:rPr>
        <w:t>この説明は、消しても、残したままでも構いません。本にするときに自動で読み飛ばします。</w:t>
      </w:r>
    </w:p>
    <w:p>
      <w:pPr>
        <w:spacing w:before="280" w:after="100" w:line="384" w:lineRule="auto"/>
      </w:pPr>
      <w:r>
        <w:rPr>
          <w:rFonts w:ascii="游ゴシック" w:hAnsi="游ゴシック" w:eastAsia="游ゴシック"/>
          <w:b/>
          <w:color w:val="0F4C5C"/>
          <w:sz w:val="24"/>
        </w:rPr>
        <w:t>■ 章のタイトル</w:t>
      </w:r>
    </w:p>
    <w:p>
      <w:pPr>
        <w:spacing w:before="0" w:after="80" w:line="384" w:lineRule="auto"/>
        <w:ind w:left="240"/>
      </w:pPr>
      <w:r>
        <w:rPr>
          <w:rFonts w:ascii="游明朝" w:hAnsi="游明朝" w:eastAsia="游明朝"/>
          <w:b w:val="0"/>
          <w:color w:val="1A1A1A"/>
          <w:sz w:val="21"/>
        </w:rPr>
        <w:t>［ホーム］→［スタイル］から「見出し 1」を選んでください。</w:t>
      </w:r>
    </w:p>
    <w:p>
      <w:pPr>
        <w:spacing w:before="0" w:after="80" w:line="384" w:lineRule="auto"/>
        <w:ind w:left="240"/>
      </w:pPr>
      <w:r>
        <w:rPr>
          <w:rFonts w:ascii="游明朝" w:hAnsi="游明朝" w:eastAsia="游明朝"/>
          <w:b w:val="0"/>
          <w:color w:val="5B6B6E"/>
          <w:sz w:val="19"/>
        </w:rPr>
        <w:t>目次はこの見出しから作ります。見出しが1つも無いと、目次が作れません。章の中をさらに分けたいときは「見出し 2」を使ってください。</w:t>
      </w:r>
    </w:p>
    <w:p>
      <w:pPr>
        <w:spacing w:before="280" w:after="100" w:line="384" w:lineRule="auto"/>
      </w:pPr>
      <w:r>
        <w:rPr>
          <w:rFonts w:ascii="游ゴシック" w:hAnsi="游ゴシック" w:eastAsia="游ゴシック"/>
          <w:b/>
          <w:color w:val="0F4C5C"/>
          <w:sz w:val="24"/>
        </w:rPr>
        <w:t>■ ふりがな（ルビ）</w:t>
      </w:r>
    </w:p>
    <w:p>
      <w:pPr>
        <w:spacing w:before="0" w:after="80" w:line="384" w:lineRule="auto"/>
        <w:ind w:left="240"/>
      </w:pPr>
      <w:r>
        <w:rPr>
          <w:rFonts w:ascii="游明朝" w:hAnsi="游明朝" w:eastAsia="游明朝"/>
          <w:b w:val="0"/>
          <w:color w:val="1A1A1A"/>
          <w:sz w:val="21"/>
        </w:rPr>
        <w:t>どちらの書き方でも構いません。</w:t>
      </w:r>
    </w:p>
    <w:p>
      <w:pPr>
        <w:spacing w:before="0" w:after="80" w:line="384" w:lineRule="auto"/>
        <w:ind w:left="480"/>
      </w:pPr>
      <w:r>
        <w:rPr>
          <w:rFonts w:ascii="游明朝" w:hAnsi="游明朝" w:eastAsia="游明朝"/>
          <w:b w:val="0"/>
          <w:color w:val="1A1A1A"/>
          <w:sz w:val="21"/>
        </w:rPr>
        <w:t>・Wordの機能：文字を選んで［ホーム］→［ルビ］</w:t>
      </w:r>
    </w:p>
    <w:p>
      <w:pPr>
        <w:spacing w:before="0" w:after="80" w:line="384" w:lineRule="auto"/>
        <w:ind w:left="480"/>
      </w:pPr>
      <w:r>
        <w:rPr>
          <w:rFonts w:ascii="游明朝" w:hAnsi="游明朝" w:eastAsia="游明朝"/>
          <w:b w:val="0"/>
          <w:color w:val="1A1A1A"/>
          <w:sz w:val="21"/>
        </w:rPr>
        <w:t>・文字で書く：｜古い箱《ふるいはこ》</w:t>
      </w:r>
    </w:p>
    <w:p>
      <w:pPr>
        <w:spacing w:before="0" w:after="80" w:line="384" w:lineRule="auto"/>
        <w:ind w:left="480"/>
      </w:pPr>
      <w:r>
        <w:rPr>
          <w:rFonts w:ascii="游明朝" w:hAnsi="游明朝" w:eastAsia="游明朝"/>
          <w:b w:val="0"/>
          <w:color w:val="5B6B6E"/>
          <w:sz w:val="19"/>
        </w:rPr>
        <w:t xml:space="preserve">　　漢字の前に ｜ を置き、読みを《　》で囲みます。</w:t>
      </w:r>
    </w:p>
    <w:p>
      <w:pPr>
        <w:spacing w:before="0" w:after="80" w:line="384" w:lineRule="auto"/>
        <w:ind w:left="240"/>
      </w:pPr>
      <w:r>
        <w:rPr>
          <w:rFonts w:ascii="游明朝" w:hAnsi="游明朝" w:eastAsia="游明朝"/>
          <w:b w:val="0"/>
          <w:color w:val="5B6B6E"/>
          <w:sz w:val="19"/>
        </w:rPr>
        <w:t>送り仮名にふりがなが乗らないよう、こちらで「古《ふる》い箱《はこ》」の形に分けて組みます。まとめて書いていただいて構いません。</w:t>
      </w:r>
    </w:p>
    <w:p>
      <w:pPr>
        <w:spacing w:before="280" w:after="100" w:line="384" w:lineRule="auto"/>
      </w:pPr>
      <w:r>
        <w:rPr>
          <w:rFonts w:ascii="游ゴシック" w:hAnsi="游ゴシック" w:eastAsia="游ゴシック"/>
          <w:b/>
          <w:color w:val="0F4C5C"/>
          <w:sz w:val="24"/>
        </w:rPr>
        <w:t>■ 強調</w:t>
      </w:r>
    </w:p>
    <w:p>
      <w:pPr>
        <w:spacing w:before="0" w:after="80" w:line="384" w:lineRule="auto"/>
        <w:ind w:left="480"/>
      </w:pPr>
      <w:r>
        <w:rPr>
          <w:rFonts w:ascii="游明朝" w:hAnsi="游明朝" w:eastAsia="游明朝"/>
          <w:b w:val="0"/>
          <w:color w:val="1A1A1A"/>
          <w:sz w:val="21"/>
        </w:rPr>
        <w:t>・傍点：［ホーム］→［フォント］の右下→［傍点］</w:t>
      </w:r>
    </w:p>
    <w:p>
      <w:pPr>
        <w:spacing w:before="0" w:after="80" w:line="384" w:lineRule="auto"/>
        <w:ind w:left="480"/>
      </w:pPr>
      <w:r>
        <w:rPr>
          <w:rFonts w:ascii="游明朝" w:hAnsi="游明朝" w:eastAsia="游明朝"/>
          <w:b w:val="0"/>
          <w:color w:val="1A1A1A"/>
          <w:sz w:val="21"/>
        </w:rPr>
        <w:t>・太字：そのまま太字にしてください</w:t>
      </w:r>
    </w:p>
    <w:p>
      <w:pPr>
        <w:spacing w:before="280" w:after="100" w:line="384" w:lineRule="auto"/>
      </w:pPr>
      <w:r>
        <w:rPr>
          <w:rFonts w:ascii="游ゴシック" w:hAnsi="游ゴシック" w:eastAsia="游ゴシック"/>
          <w:b/>
          <w:color w:val="0F4C5C"/>
          <w:sz w:val="24"/>
        </w:rPr>
        <w:t>■ 写真・挿絵</w:t>
      </w:r>
    </w:p>
    <w:p>
      <w:pPr>
        <w:spacing w:before="0" w:after="80" w:line="384" w:lineRule="auto"/>
        <w:ind w:left="240"/>
      </w:pPr>
      <w:r>
        <w:rPr>
          <w:rFonts w:ascii="游明朝" w:hAnsi="游明朝" w:eastAsia="游明朝"/>
          <w:b w:val="0"/>
          <w:color w:val="1A1A1A"/>
          <w:sz w:val="21"/>
        </w:rPr>
        <w:t>本文の中に、そのまま貼り付けてください。入れた場所のまま組みます。</w:t>
      </w:r>
    </w:p>
    <w:p>
      <w:pPr>
        <w:spacing w:before="0" w:after="80" w:line="384" w:lineRule="auto"/>
        <w:ind w:left="240"/>
      </w:pPr>
      <w:r>
        <w:rPr>
          <w:rFonts w:ascii="游明朝" w:hAnsi="游明朝" w:eastAsia="游明朝"/>
          <w:b w:val="0"/>
          <w:color w:val="5B6B6E"/>
          <w:sz w:val="19"/>
        </w:rPr>
        <w:t>縦書きの場合、横に広い写真は小さくなります。縦長のものを選ぶと大きく見せられます。</w:t>
      </w:r>
    </w:p>
    <w:p>
      <w:pPr>
        <w:spacing w:before="280" w:after="100" w:line="384" w:lineRule="auto"/>
      </w:pPr>
      <w:r>
        <w:rPr>
          <w:rFonts w:ascii="游ゴシック" w:hAnsi="游ゴシック" w:eastAsia="游ゴシック"/>
          <w:b/>
          <w:color w:val="0F4C5C"/>
          <w:sz w:val="24"/>
        </w:rPr>
        <w:t>■ 改ページ</w:t>
      </w:r>
    </w:p>
    <w:p>
      <w:pPr>
        <w:spacing w:before="0" w:after="80" w:line="384" w:lineRule="auto"/>
        <w:ind w:left="240"/>
      </w:pPr>
      <w:r>
        <w:rPr>
          <w:rFonts w:ascii="游明朝" w:hAnsi="游明朝" w:eastAsia="游明朝"/>
          <w:b w:val="0"/>
          <w:color w:val="1A1A1A"/>
          <w:sz w:val="21"/>
        </w:rPr>
        <w:t>Ctrl キーを押しながら Enter で入れてください。</w:t>
      </w:r>
    </w:p>
    <w:p>
      <w:pPr>
        <w:spacing w:before="280" w:after="100" w:line="384" w:lineRule="auto"/>
      </w:pPr>
      <w:r>
        <w:rPr>
          <w:rFonts w:ascii="游ゴシック" w:hAnsi="游ゴシック" w:eastAsia="游ゴシック"/>
          <w:b/>
          <w:color w:val="0F4C5C"/>
          <w:sz w:val="24"/>
        </w:rPr>
        <w:t>■ 使わないでください</w:t>
      </w:r>
    </w:p>
    <w:p>
      <w:pPr>
        <w:spacing w:before="0" w:after="80" w:line="384" w:lineRule="auto"/>
        <w:ind w:left="240"/>
      </w:pPr>
      <w:r>
        <w:rPr>
          <w:rFonts w:ascii="游明朝" w:hAnsi="游明朝" w:eastAsia="游明朝"/>
          <w:b w:val="0"/>
          <w:color w:val="1A1A1A"/>
          <w:sz w:val="21"/>
        </w:rPr>
        <w:t>表・テキストボックス・図形・ヘッダー・フッター</w:t>
      </w:r>
    </w:p>
    <w:p>
      <w:pPr>
        <w:spacing w:before="0" w:after="80" w:line="384" w:lineRule="auto"/>
        <w:ind w:left="240"/>
      </w:pPr>
      <w:r>
        <w:rPr>
          <w:rFonts w:ascii="游明朝" w:hAnsi="游明朝" w:eastAsia="游明朝"/>
          <w:b w:val="0"/>
          <w:color w:val="5B6B6E"/>
          <w:sz w:val="19"/>
        </w:rPr>
        <w:t>これらは縦書きの本にうまく収まりません。入っている場合は、こちらからご相談のご連絡をします。</w:t>
      </w:r>
    </w:p>
    <w:p>
      <w:pPr>
        <w:spacing w:before="280" w:after="100" w:line="384" w:lineRule="auto"/>
      </w:pPr>
      <w:r>
        <w:rPr>
          <w:rFonts w:ascii="游ゴシック" w:hAnsi="游ゴシック" w:eastAsia="游ゴシック"/>
          <w:b/>
          <w:color w:val="0F4C5C"/>
          <w:sz w:val="24"/>
        </w:rPr>
        <w:t>■ 分量の目安</w:t>
      </w:r>
    </w:p>
    <w:p>
      <w:pPr>
        <w:spacing w:before="0" w:after="80" w:line="384" w:lineRule="auto"/>
        <w:ind w:left="240"/>
      </w:pPr>
      <w:r>
        <w:rPr>
          <w:rFonts w:ascii="游明朝" w:hAnsi="游明朝" w:eastAsia="游明朝"/>
          <w:b w:val="0"/>
          <w:color w:val="1A1A1A"/>
          <w:sz w:val="21"/>
        </w:rPr>
        <w:t>本文5万字・画像15点までが基本料金の範囲です。</w:t>
      </w:r>
    </w:p>
    <w:p>
      <w:pPr>
        <w:spacing w:before="0" w:after="80" w:line="384" w:lineRule="auto"/>
        <w:ind w:left="240"/>
      </w:pPr>
      <w:r>
        <w:rPr>
          <w:rFonts w:ascii="游明朝" w:hAnsi="游明朝" w:eastAsia="游明朝"/>
          <w:b w:val="0"/>
          <w:color w:val="5B6B6E"/>
          <w:sz w:val="19"/>
        </w:rPr>
        <w:t>超える場合は、お見積りのときにお知らせします。勝手に追加することはありません。</w:t>
      </w:r>
    </w:p>
    <w:p>
      <w:pPr>
        <w:spacing w:before="280" w:after="100" w:line="384" w:lineRule="auto"/>
      </w:pPr>
      <w:r>
        <w:rPr>
          <w:rFonts w:ascii="游ゴシック" w:hAnsi="游ゴシック" w:eastAsia="游ゴシック"/>
          <w:b/>
          <w:color w:val="0F4C5C"/>
          <w:sz w:val="24"/>
        </w:rPr>
        <w:t>■ 書けたら</w:t>
      </w:r>
    </w:p>
    <w:p>
      <w:pPr>
        <w:spacing w:before="0" w:after="80" w:line="384" w:lineRule="auto"/>
        <w:ind w:left="240"/>
      </w:pPr>
      <w:r>
        <w:rPr>
          <w:rFonts w:ascii="游明朝" w:hAnsi="游明朝" w:eastAsia="游明朝"/>
          <w:b w:val="0"/>
          <w:color w:val="1A1A1A"/>
          <w:sz w:val="21"/>
        </w:rPr>
        <w:t>このファイルのまま、ご注文のページからお送りください。</w:t>
      </w:r>
    </w:p>
    <w:p>
      <w:pPr>
        <w:spacing w:before="0" w:after="80" w:line="384" w:lineRule="auto"/>
        <w:ind w:left="480"/>
      </w:pPr>
      <w:r>
        <w:rPr>
          <w:rFonts w:ascii="游ゴシック" w:hAnsi="游ゴシック" w:eastAsia="游ゴシック"/>
          <w:b w:val="0"/>
          <w:color w:val="0F4C5C"/>
          <w:sz w:val="19"/>
        </w:rPr>
        <w:t>https://www.ynht-web.com/kindle</w:t>
      </w:r>
    </w:p>
    <w:p>
      <w:r>
        <w:br w:type="page"/>
      </w:r>
    </w:p>
    <w:p>
      <w:pPr>
        <w:spacing w:before="0" w:after="40" w:line="384" w:lineRule="auto"/>
        <w:jc w:val="center"/>
      </w:pPr>
      <w:r>
        <w:rPr>
          <w:rFonts w:ascii="游ゴシック" w:hAnsi="游ゴシック" w:eastAsia="游ゴシック"/>
          <w:b/>
          <w:color w:val="0F4C5C"/>
          <w:sz w:val="22"/>
        </w:rPr>
        <w:t>＝＝＝＝＝　ここから下が本文です　＝＝＝＝＝</w:t>
      </w:r>
    </w:p>
    <w:p>
      <w:pPr>
        <w:spacing w:before="0" w:after="320" w:line="384" w:lineRule="auto"/>
        <w:jc w:val="center"/>
      </w:pPr>
      <w:r>
        <w:rPr>
          <w:rFonts w:ascii="游ゴシック" w:hAnsi="游ゴシック" w:eastAsia="游ゴシック"/>
          <w:b w:val="0"/>
          <w:color w:val="5B6B6E"/>
          <w:sz w:val="18"/>
        </w:rPr>
        <w:t>（この行は消さないでください。ここから下を本文として読みます）</w:t>
      </w:r>
    </w:p>
    <w:p>
      <w:pPr>
        <w:pStyle w:val="Heading1"/>
      </w:pPr>
      <w:r>
        <w:rPr>
          <w:rFonts w:ascii="游ゴシック" w:hAnsi="游ゴシック" w:eastAsia="游ゴシック"/>
        </w:rPr>
        <w:t>第一章　はじまりの朝</w:t>
      </w:r>
    </w:p>
    <w:p>
      <w:pPr>
        <w:spacing w:before="0" w:after="80" w:line="384" w:lineRule="auto"/>
      </w:pPr>
      <w:r>
        <w:rPr>
          <w:rFonts w:ascii="游明朝" w:hAnsi="游明朝" w:eastAsia="游明朝"/>
          <w:b w:val="0"/>
          <w:color w:val="1A1A1A"/>
          <w:sz w:val="21"/>
        </w:rPr>
        <w:t xml:space="preserve">　ここから本文です。この見本は消して、ご自分の原稿をお書きください。</w:t>
      </w:r>
    </w:p>
    <w:p>
      <w:pPr>
        <w:spacing w:before="0" w:after="80" w:line="384" w:lineRule="auto"/>
      </w:pPr>
      <w:r>
        <w:rPr>
          <w:rFonts w:ascii="游明朝" w:hAnsi="游明朝" w:eastAsia="游明朝"/>
          <w:b w:val="0"/>
          <w:color w:val="1A1A1A"/>
          <w:sz w:val="21"/>
        </w:rPr>
        <w:t xml:space="preserve">　段落のはじめは、全角の空白を1つ入れてください。</w:t>
      </w:r>
    </w:p>
    <w:p>
      <w:pPr>
        <w:spacing w:before="0" w:after="80" w:line="384" w:lineRule="auto"/>
      </w:pPr>
      <w:r>
        <w:rPr>
          <w:rFonts w:ascii="游明朝" w:hAnsi="游明朝" w:eastAsia="游明朝"/>
          <w:b w:val="0"/>
          <w:color w:val="1A1A1A"/>
          <w:sz w:val="21"/>
        </w:rPr>
        <w:t xml:space="preserve">　ふりがなの例です。｜古い箱《ふるいはこ》を開けると、｜時雨《しぐれ》のにおいがした。</w:t>
      </w:r>
    </w:p>
    <w:p>
      <w:pPr>
        <w:spacing w:before="0" w:after="80" w:line="384" w:lineRule="auto"/>
      </w:pPr>
      <w:r>
        <w:rPr>
          <w:rFonts w:ascii="游明朝" w:hAnsi="游明朝" w:eastAsia="游明朝"/>
          <w:b w:val="0"/>
          <w:color w:val="1A1A1A"/>
          <w:sz w:val="21"/>
        </w:rPr>
        <w:t xml:space="preserve">　章を変えるときは、次の行のように「見出し 1」を使います。</w:t>
      </w:r>
    </w:p>
    <w:p>
      <w:pPr>
        <w:pStyle w:val="Heading1"/>
      </w:pPr>
      <w:r>
        <w:rPr>
          <w:rFonts w:ascii="游ゴシック" w:hAnsi="游ゴシック" w:eastAsia="游ゴシック"/>
        </w:rPr>
        <w:t>第二章　つぎの章</w:t>
      </w:r>
    </w:p>
    <w:p>
      <w:pPr>
        <w:spacing w:before="0" w:after="80" w:line="384" w:lineRule="auto"/>
      </w:pPr>
      <w:r>
        <w:rPr>
          <w:rFonts w:ascii="游明朝" w:hAnsi="游明朝" w:eastAsia="游明朝"/>
          <w:b w:val="0"/>
          <w:color w:val="1A1A1A"/>
          <w:sz w:val="21"/>
        </w:rPr>
        <w:t xml:space="preserve">　二つめの章です。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